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443CA0" w14:textId="77777777" w:rsidR="00795EC9" w:rsidRPr="00612C04" w:rsidRDefault="002E34BB">
      <w:pPr>
        <w:spacing w:after="200"/>
        <w:jc w:val="center"/>
        <w:rPr>
          <w:lang w:val="cs-CZ"/>
        </w:rPr>
      </w:pPr>
      <w:r w:rsidRPr="00612C04">
        <w:rPr>
          <w:b/>
          <w:sz w:val="28"/>
          <w:lang w:val="cs-CZ"/>
        </w:rPr>
        <w:t>Organizace školního roku 2026–2027</w:t>
      </w:r>
    </w:p>
    <w:tbl>
      <w:tblPr>
        <w:tblStyle w:val="Mkatabulky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123"/>
        <w:gridCol w:w="3118"/>
      </w:tblGrid>
      <w:tr w:rsidR="00795EC9" w:rsidRPr="00612C04" w14:paraId="7803A642" w14:textId="77777777">
        <w:trPr>
          <w:jc w:val="center"/>
        </w:trPr>
        <w:tc>
          <w:tcPr>
            <w:tcW w:w="6123" w:type="dxa"/>
            <w:shd w:val="clear" w:color="auto" w:fill="D9EAF2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73D68BE1" w14:textId="77777777" w:rsidR="00795EC9" w:rsidRPr="00612C04" w:rsidRDefault="002E34BB">
            <w:pPr>
              <w:jc w:val="center"/>
              <w:rPr>
                <w:lang w:val="cs-CZ"/>
              </w:rPr>
            </w:pPr>
            <w:r w:rsidRPr="00612C04">
              <w:rPr>
                <w:b/>
                <w:lang w:val="cs-CZ"/>
              </w:rPr>
              <w:t>Událost</w:t>
            </w:r>
          </w:p>
        </w:tc>
        <w:tc>
          <w:tcPr>
            <w:tcW w:w="3118" w:type="dxa"/>
            <w:shd w:val="clear" w:color="auto" w:fill="D9EAF2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08C13B11" w14:textId="77777777" w:rsidR="00795EC9" w:rsidRPr="00612C04" w:rsidRDefault="002E34BB">
            <w:pPr>
              <w:jc w:val="center"/>
              <w:rPr>
                <w:lang w:val="cs-CZ"/>
              </w:rPr>
            </w:pPr>
            <w:r w:rsidRPr="00612C04">
              <w:rPr>
                <w:b/>
                <w:lang w:val="cs-CZ"/>
              </w:rPr>
              <w:t>Termín</w:t>
            </w:r>
          </w:p>
        </w:tc>
      </w:tr>
      <w:tr w:rsidR="00795EC9" w:rsidRPr="00612C04" w14:paraId="64F9C5E4" w14:textId="77777777">
        <w:trPr>
          <w:jc w:val="center"/>
        </w:trPr>
        <w:tc>
          <w:tcPr>
            <w:tcW w:w="6123" w:type="dxa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3F0E1CD3" w14:textId="77777777" w:rsidR="00795EC9" w:rsidRPr="00612C04" w:rsidRDefault="002E34BB">
            <w:pPr>
              <w:rPr>
                <w:lang w:val="cs-CZ"/>
              </w:rPr>
            </w:pPr>
            <w:r w:rsidRPr="00612C04">
              <w:rPr>
                <w:lang w:val="cs-CZ"/>
              </w:rPr>
              <w:t>Zahájení školního roku</w:t>
            </w:r>
          </w:p>
        </w:tc>
        <w:tc>
          <w:tcPr>
            <w:tcW w:w="3118" w:type="dxa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1B74A565" w14:textId="77777777" w:rsidR="00795EC9" w:rsidRPr="00612C04" w:rsidRDefault="002E34BB">
            <w:pPr>
              <w:rPr>
                <w:lang w:val="cs-CZ"/>
              </w:rPr>
            </w:pPr>
            <w:r w:rsidRPr="00612C04">
              <w:rPr>
                <w:lang w:val="cs-CZ"/>
              </w:rPr>
              <w:t>1. 9. 2026 (úterý)</w:t>
            </w:r>
          </w:p>
        </w:tc>
      </w:tr>
      <w:tr w:rsidR="00795EC9" w:rsidRPr="00612C04" w14:paraId="670763FE" w14:textId="77777777">
        <w:trPr>
          <w:jc w:val="center"/>
        </w:trPr>
        <w:tc>
          <w:tcPr>
            <w:tcW w:w="6123" w:type="dxa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5D29B07D" w14:textId="77777777" w:rsidR="00795EC9" w:rsidRPr="00612C04" w:rsidRDefault="002E34BB">
            <w:pPr>
              <w:rPr>
                <w:lang w:val="cs-CZ"/>
              </w:rPr>
            </w:pPr>
            <w:r w:rsidRPr="00612C04">
              <w:rPr>
                <w:lang w:val="cs-CZ"/>
              </w:rPr>
              <w:t>Státní svátek</w:t>
            </w:r>
          </w:p>
        </w:tc>
        <w:tc>
          <w:tcPr>
            <w:tcW w:w="3118" w:type="dxa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2364A47F" w14:textId="77777777" w:rsidR="00795EC9" w:rsidRPr="00612C04" w:rsidRDefault="002E34BB">
            <w:pPr>
              <w:rPr>
                <w:lang w:val="cs-CZ"/>
              </w:rPr>
            </w:pPr>
            <w:r w:rsidRPr="00612C04">
              <w:rPr>
                <w:lang w:val="cs-CZ"/>
              </w:rPr>
              <w:t>28. 9. 2026 (pondělí)</w:t>
            </w:r>
          </w:p>
        </w:tc>
      </w:tr>
      <w:tr w:rsidR="00795EC9" w:rsidRPr="00612C04" w14:paraId="0B00A8D3" w14:textId="77777777">
        <w:trPr>
          <w:jc w:val="center"/>
        </w:trPr>
        <w:tc>
          <w:tcPr>
            <w:tcW w:w="6123" w:type="dxa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2193E888" w14:textId="77777777" w:rsidR="00795EC9" w:rsidRPr="00612C04" w:rsidRDefault="002E34BB">
            <w:pPr>
              <w:rPr>
                <w:lang w:val="cs-CZ"/>
              </w:rPr>
            </w:pPr>
            <w:r w:rsidRPr="00612C04">
              <w:rPr>
                <w:lang w:val="cs-CZ"/>
              </w:rPr>
              <w:t>Státní svátek</w:t>
            </w:r>
          </w:p>
        </w:tc>
        <w:tc>
          <w:tcPr>
            <w:tcW w:w="3118" w:type="dxa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424C7A67" w14:textId="77777777" w:rsidR="00795EC9" w:rsidRPr="00612C04" w:rsidRDefault="002E34BB">
            <w:pPr>
              <w:rPr>
                <w:lang w:val="cs-CZ"/>
              </w:rPr>
            </w:pPr>
            <w:r w:rsidRPr="00612C04">
              <w:rPr>
                <w:lang w:val="cs-CZ"/>
              </w:rPr>
              <w:t>28. 10. 2026 (středa)</w:t>
            </w:r>
          </w:p>
        </w:tc>
      </w:tr>
      <w:tr w:rsidR="00795EC9" w:rsidRPr="00612C04" w14:paraId="6AD68896" w14:textId="77777777">
        <w:trPr>
          <w:jc w:val="center"/>
        </w:trPr>
        <w:tc>
          <w:tcPr>
            <w:tcW w:w="6123" w:type="dxa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33594D3E" w14:textId="77777777" w:rsidR="00795EC9" w:rsidRPr="00612C04" w:rsidRDefault="002E34BB">
            <w:pPr>
              <w:rPr>
                <w:lang w:val="cs-CZ"/>
              </w:rPr>
            </w:pPr>
            <w:r w:rsidRPr="00612C04">
              <w:rPr>
                <w:lang w:val="cs-CZ"/>
              </w:rPr>
              <w:t>Podzimní prázdniny</w:t>
            </w:r>
          </w:p>
        </w:tc>
        <w:tc>
          <w:tcPr>
            <w:tcW w:w="3118" w:type="dxa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03F50BE8" w14:textId="77777777" w:rsidR="00795EC9" w:rsidRPr="00612C04" w:rsidRDefault="002E34BB">
            <w:pPr>
              <w:rPr>
                <w:lang w:val="cs-CZ"/>
              </w:rPr>
            </w:pPr>
            <w:r w:rsidRPr="00612C04">
              <w:rPr>
                <w:lang w:val="cs-CZ"/>
              </w:rPr>
              <w:t>29. 10. – 30. 10. 2026</w:t>
            </w:r>
          </w:p>
        </w:tc>
      </w:tr>
      <w:tr w:rsidR="00795EC9" w:rsidRPr="00612C04" w14:paraId="03FDADA7" w14:textId="77777777">
        <w:trPr>
          <w:jc w:val="center"/>
        </w:trPr>
        <w:tc>
          <w:tcPr>
            <w:tcW w:w="6123" w:type="dxa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4342E35E" w14:textId="77777777" w:rsidR="00795EC9" w:rsidRPr="00612C04" w:rsidRDefault="002E34BB">
            <w:pPr>
              <w:rPr>
                <w:lang w:val="cs-CZ"/>
              </w:rPr>
            </w:pPr>
            <w:r w:rsidRPr="00612C04">
              <w:rPr>
                <w:lang w:val="cs-CZ"/>
              </w:rPr>
              <w:t>Státní svátek</w:t>
            </w:r>
          </w:p>
        </w:tc>
        <w:tc>
          <w:tcPr>
            <w:tcW w:w="3118" w:type="dxa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7819772B" w14:textId="77777777" w:rsidR="00795EC9" w:rsidRPr="00612C04" w:rsidRDefault="002E34BB">
            <w:pPr>
              <w:rPr>
                <w:lang w:val="cs-CZ"/>
              </w:rPr>
            </w:pPr>
            <w:r w:rsidRPr="00612C04">
              <w:rPr>
                <w:lang w:val="cs-CZ"/>
              </w:rPr>
              <w:t>17. 11. 2026 (úterý)</w:t>
            </w:r>
          </w:p>
        </w:tc>
      </w:tr>
      <w:tr w:rsidR="00795EC9" w:rsidRPr="00612C04" w14:paraId="6FE3B9BB" w14:textId="77777777">
        <w:trPr>
          <w:jc w:val="center"/>
        </w:trPr>
        <w:tc>
          <w:tcPr>
            <w:tcW w:w="6123" w:type="dxa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35FB8B0D" w14:textId="77777777" w:rsidR="00795EC9" w:rsidRPr="00612C04" w:rsidRDefault="002E34BB">
            <w:pPr>
              <w:rPr>
                <w:lang w:val="cs-CZ"/>
              </w:rPr>
            </w:pPr>
            <w:r w:rsidRPr="00612C04">
              <w:rPr>
                <w:lang w:val="cs-CZ"/>
              </w:rPr>
              <w:t>Vánoční prázdniny</w:t>
            </w:r>
          </w:p>
        </w:tc>
        <w:tc>
          <w:tcPr>
            <w:tcW w:w="3118" w:type="dxa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0E125215" w14:textId="77777777" w:rsidR="00795EC9" w:rsidRPr="00612C04" w:rsidRDefault="002E34BB">
            <w:pPr>
              <w:rPr>
                <w:lang w:val="cs-CZ"/>
              </w:rPr>
            </w:pPr>
            <w:r w:rsidRPr="00612C04">
              <w:rPr>
                <w:lang w:val="cs-CZ"/>
              </w:rPr>
              <w:t>23. 12. 2026 – 3. 1. 2027</w:t>
            </w:r>
          </w:p>
        </w:tc>
      </w:tr>
      <w:tr w:rsidR="00795EC9" w:rsidRPr="00612C04" w14:paraId="7454205C" w14:textId="77777777">
        <w:trPr>
          <w:jc w:val="center"/>
        </w:trPr>
        <w:tc>
          <w:tcPr>
            <w:tcW w:w="6123" w:type="dxa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0E592D6D" w14:textId="77777777" w:rsidR="00795EC9" w:rsidRPr="00612C04" w:rsidRDefault="002E34BB">
            <w:pPr>
              <w:rPr>
                <w:lang w:val="cs-CZ"/>
              </w:rPr>
            </w:pPr>
            <w:r w:rsidRPr="00612C04">
              <w:rPr>
                <w:lang w:val="cs-CZ"/>
              </w:rPr>
              <w:t>Zahájení vyučování po vánočních prázdninách</w:t>
            </w:r>
          </w:p>
        </w:tc>
        <w:tc>
          <w:tcPr>
            <w:tcW w:w="3118" w:type="dxa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0E30770F" w14:textId="77777777" w:rsidR="00795EC9" w:rsidRPr="00612C04" w:rsidRDefault="002E34BB">
            <w:pPr>
              <w:rPr>
                <w:lang w:val="cs-CZ"/>
              </w:rPr>
            </w:pPr>
            <w:r w:rsidRPr="00612C04">
              <w:rPr>
                <w:lang w:val="cs-CZ"/>
              </w:rPr>
              <w:t>4. 1. 2027 (pondělí)</w:t>
            </w:r>
          </w:p>
        </w:tc>
      </w:tr>
      <w:tr w:rsidR="00795EC9" w:rsidRPr="00612C04" w14:paraId="01187467" w14:textId="77777777">
        <w:trPr>
          <w:jc w:val="center"/>
        </w:trPr>
        <w:tc>
          <w:tcPr>
            <w:tcW w:w="6123" w:type="dxa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5A6A662D" w14:textId="77777777" w:rsidR="00795EC9" w:rsidRPr="00612C04" w:rsidRDefault="002E34BB">
            <w:pPr>
              <w:rPr>
                <w:lang w:val="cs-CZ"/>
              </w:rPr>
            </w:pPr>
            <w:r w:rsidRPr="00612C04">
              <w:rPr>
                <w:lang w:val="cs-CZ"/>
              </w:rPr>
              <w:t>Ukončení 1. pololetí a vydání vysvědčení</w:t>
            </w:r>
          </w:p>
        </w:tc>
        <w:tc>
          <w:tcPr>
            <w:tcW w:w="3118" w:type="dxa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3EDEB6D2" w14:textId="77777777" w:rsidR="00795EC9" w:rsidRPr="00612C04" w:rsidRDefault="002E34BB">
            <w:pPr>
              <w:rPr>
                <w:lang w:val="cs-CZ"/>
              </w:rPr>
            </w:pPr>
            <w:r w:rsidRPr="00612C04">
              <w:rPr>
                <w:lang w:val="cs-CZ"/>
              </w:rPr>
              <w:t>28. 1. 2027 (čtvrtek)</w:t>
            </w:r>
          </w:p>
        </w:tc>
      </w:tr>
      <w:tr w:rsidR="00795EC9" w:rsidRPr="00612C04" w14:paraId="26721B4E" w14:textId="77777777">
        <w:trPr>
          <w:jc w:val="center"/>
        </w:trPr>
        <w:tc>
          <w:tcPr>
            <w:tcW w:w="6123" w:type="dxa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22364C4A" w14:textId="77777777" w:rsidR="00795EC9" w:rsidRPr="00612C04" w:rsidRDefault="002E34BB">
            <w:pPr>
              <w:rPr>
                <w:lang w:val="cs-CZ"/>
              </w:rPr>
            </w:pPr>
            <w:r w:rsidRPr="00612C04">
              <w:rPr>
                <w:lang w:val="cs-CZ"/>
              </w:rPr>
              <w:t>Pololetní prázdniny</w:t>
            </w:r>
          </w:p>
        </w:tc>
        <w:tc>
          <w:tcPr>
            <w:tcW w:w="3118" w:type="dxa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1819878E" w14:textId="77777777" w:rsidR="00795EC9" w:rsidRPr="00612C04" w:rsidRDefault="002E34BB">
            <w:pPr>
              <w:rPr>
                <w:lang w:val="cs-CZ"/>
              </w:rPr>
            </w:pPr>
            <w:r w:rsidRPr="00612C04">
              <w:rPr>
                <w:lang w:val="cs-CZ"/>
              </w:rPr>
              <w:t>29. 1. 2027 (pátek)</w:t>
            </w:r>
          </w:p>
        </w:tc>
      </w:tr>
      <w:tr w:rsidR="00795EC9" w:rsidRPr="00612C04" w14:paraId="5156AB66" w14:textId="77777777">
        <w:trPr>
          <w:jc w:val="center"/>
        </w:trPr>
        <w:tc>
          <w:tcPr>
            <w:tcW w:w="6123" w:type="dxa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028E50D3" w14:textId="77777777" w:rsidR="00795EC9" w:rsidRPr="00612C04" w:rsidRDefault="002E34BB">
            <w:pPr>
              <w:rPr>
                <w:lang w:val="cs-CZ"/>
              </w:rPr>
            </w:pPr>
            <w:r w:rsidRPr="00612C04">
              <w:rPr>
                <w:lang w:val="cs-CZ"/>
              </w:rPr>
              <w:t>Jarní prázdniny – okres Náchod</w:t>
            </w:r>
          </w:p>
        </w:tc>
        <w:tc>
          <w:tcPr>
            <w:tcW w:w="3118" w:type="dxa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28BF6371" w14:textId="77777777" w:rsidR="00795EC9" w:rsidRPr="00612C04" w:rsidRDefault="002E34BB">
            <w:pPr>
              <w:rPr>
                <w:lang w:val="cs-CZ"/>
              </w:rPr>
            </w:pPr>
            <w:r w:rsidRPr="00612C04">
              <w:rPr>
                <w:lang w:val="cs-CZ"/>
              </w:rPr>
              <w:t>1. 2. – 7. 2. 2027</w:t>
            </w:r>
          </w:p>
        </w:tc>
      </w:tr>
      <w:tr w:rsidR="00795EC9" w:rsidRPr="00612C04" w14:paraId="041CF819" w14:textId="77777777">
        <w:trPr>
          <w:jc w:val="center"/>
        </w:trPr>
        <w:tc>
          <w:tcPr>
            <w:tcW w:w="6123" w:type="dxa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04FA49E1" w14:textId="77777777" w:rsidR="00795EC9" w:rsidRPr="00612C04" w:rsidRDefault="002E34BB">
            <w:pPr>
              <w:rPr>
                <w:lang w:val="cs-CZ"/>
              </w:rPr>
            </w:pPr>
            <w:r w:rsidRPr="00612C04">
              <w:rPr>
                <w:lang w:val="cs-CZ"/>
              </w:rPr>
              <w:t>Velikonoční prázdniny</w:t>
            </w:r>
          </w:p>
        </w:tc>
        <w:tc>
          <w:tcPr>
            <w:tcW w:w="3118" w:type="dxa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10F0E20E" w14:textId="77777777" w:rsidR="00795EC9" w:rsidRPr="00612C04" w:rsidRDefault="002E34BB">
            <w:pPr>
              <w:rPr>
                <w:lang w:val="cs-CZ"/>
              </w:rPr>
            </w:pPr>
            <w:r w:rsidRPr="00612C04">
              <w:rPr>
                <w:lang w:val="cs-CZ"/>
              </w:rPr>
              <w:t>25. 3. 2027 (čtvrtek)</w:t>
            </w:r>
          </w:p>
        </w:tc>
      </w:tr>
      <w:tr w:rsidR="00795EC9" w:rsidRPr="00612C04" w14:paraId="4B4F8BDC" w14:textId="77777777">
        <w:trPr>
          <w:jc w:val="center"/>
        </w:trPr>
        <w:tc>
          <w:tcPr>
            <w:tcW w:w="6123" w:type="dxa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666695B8" w14:textId="77777777" w:rsidR="00795EC9" w:rsidRPr="00612C04" w:rsidRDefault="002E34BB">
            <w:pPr>
              <w:rPr>
                <w:lang w:val="cs-CZ"/>
              </w:rPr>
            </w:pPr>
            <w:r w:rsidRPr="00612C04">
              <w:rPr>
                <w:lang w:val="cs-CZ"/>
              </w:rPr>
              <w:t>Velký pátek – státní svátek</w:t>
            </w:r>
          </w:p>
        </w:tc>
        <w:tc>
          <w:tcPr>
            <w:tcW w:w="3118" w:type="dxa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088AAE5B" w14:textId="77777777" w:rsidR="00795EC9" w:rsidRPr="00612C04" w:rsidRDefault="002E34BB">
            <w:pPr>
              <w:rPr>
                <w:lang w:val="cs-CZ"/>
              </w:rPr>
            </w:pPr>
            <w:r w:rsidRPr="00612C04">
              <w:rPr>
                <w:lang w:val="cs-CZ"/>
              </w:rPr>
              <w:t>26. 3. 2027</w:t>
            </w:r>
          </w:p>
        </w:tc>
      </w:tr>
      <w:tr w:rsidR="00795EC9" w:rsidRPr="00612C04" w14:paraId="17C23074" w14:textId="77777777">
        <w:trPr>
          <w:jc w:val="center"/>
        </w:trPr>
        <w:tc>
          <w:tcPr>
            <w:tcW w:w="6123" w:type="dxa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45B5569B" w14:textId="77777777" w:rsidR="00795EC9" w:rsidRPr="00612C04" w:rsidRDefault="002E34BB">
            <w:pPr>
              <w:rPr>
                <w:lang w:val="cs-CZ"/>
              </w:rPr>
            </w:pPr>
            <w:r w:rsidRPr="00612C04">
              <w:rPr>
                <w:lang w:val="cs-CZ"/>
              </w:rPr>
              <w:t>Velikonoční pondělí – státní svátek</w:t>
            </w:r>
          </w:p>
        </w:tc>
        <w:tc>
          <w:tcPr>
            <w:tcW w:w="3118" w:type="dxa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58C8506C" w14:textId="77777777" w:rsidR="00795EC9" w:rsidRPr="00612C04" w:rsidRDefault="002E34BB">
            <w:pPr>
              <w:rPr>
                <w:lang w:val="cs-CZ"/>
              </w:rPr>
            </w:pPr>
            <w:r w:rsidRPr="00612C04">
              <w:rPr>
                <w:lang w:val="cs-CZ"/>
              </w:rPr>
              <w:t>29. 3. 2027</w:t>
            </w:r>
          </w:p>
        </w:tc>
      </w:tr>
      <w:tr w:rsidR="00795EC9" w:rsidRPr="00612C04" w14:paraId="0439503D" w14:textId="77777777">
        <w:trPr>
          <w:jc w:val="center"/>
        </w:trPr>
        <w:tc>
          <w:tcPr>
            <w:tcW w:w="6123" w:type="dxa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0FC9973A" w14:textId="77777777" w:rsidR="00795EC9" w:rsidRPr="00612C04" w:rsidRDefault="002E34BB">
            <w:pPr>
              <w:rPr>
                <w:lang w:val="cs-CZ"/>
              </w:rPr>
            </w:pPr>
            <w:r w:rsidRPr="00612C04">
              <w:rPr>
                <w:lang w:val="cs-CZ"/>
              </w:rPr>
              <w:t>Ukončení 2. pololetí</w:t>
            </w:r>
          </w:p>
        </w:tc>
        <w:tc>
          <w:tcPr>
            <w:tcW w:w="3118" w:type="dxa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43BB51AE" w14:textId="77777777" w:rsidR="00795EC9" w:rsidRPr="00612C04" w:rsidRDefault="002E34BB">
            <w:pPr>
              <w:rPr>
                <w:lang w:val="cs-CZ"/>
              </w:rPr>
            </w:pPr>
            <w:r w:rsidRPr="00612C04">
              <w:rPr>
                <w:lang w:val="cs-CZ"/>
              </w:rPr>
              <w:t>30. 6. 2027 (středa)</w:t>
            </w:r>
          </w:p>
        </w:tc>
      </w:tr>
      <w:tr w:rsidR="00795EC9" w:rsidRPr="00612C04" w14:paraId="5E501B4A" w14:textId="77777777">
        <w:trPr>
          <w:jc w:val="center"/>
        </w:trPr>
        <w:tc>
          <w:tcPr>
            <w:tcW w:w="6123" w:type="dxa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25C7E757" w14:textId="77777777" w:rsidR="00795EC9" w:rsidRPr="00612C04" w:rsidRDefault="002E34BB">
            <w:pPr>
              <w:rPr>
                <w:lang w:val="cs-CZ"/>
              </w:rPr>
            </w:pPr>
            <w:r w:rsidRPr="00612C04">
              <w:rPr>
                <w:lang w:val="cs-CZ"/>
              </w:rPr>
              <w:t>Hlavní prázdniny</w:t>
            </w:r>
          </w:p>
        </w:tc>
        <w:tc>
          <w:tcPr>
            <w:tcW w:w="3118" w:type="dxa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0102AA68" w14:textId="77777777" w:rsidR="00795EC9" w:rsidRPr="00612C04" w:rsidRDefault="002E34BB">
            <w:pPr>
              <w:rPr>
                <w:lang w:val="cs-CZ"/>
              </w:rPr>
            </w:pPr>
            <w:r w:rsidRPr="00612C04">
              <w:rPr>
                <w:lang w:val="cs-CZ"/>
              </w:rPr>
              <w:t>1. 7. – 31. 8. 2027</w:t>
            </w:r>
          </w:p>
        </w:tc>
      </w:tr>
      <w:tr w:rsidR="00795EC9" w:rsidRPr="00612C04" w14:paraId="5971DB7E" w14:textId="77777777">
        <w:trPr>
          <w:jc w:val="center"/>
        </w:trPr>
        <w:tc>
          <w:tcPr>
            <w:tcW w:w="6123" w:type="dxa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4233D8F9" w14:textId="77777777" w:rsidR="00795EC9" w:rsidRPr="00612C04" w:rsidRDefault="002E34BB">
            <w:pPr>
              <w:rPr>
                <w:lang w:val="cs-CZ"/>
              </w:rPr>
            </w:pPr>
            <w:r w:rsidRPr="00612C04">
              <w:rPr>
                <w:lang w:val="cs-CZ"/>
              </w:rPr>
              <w:t>Zahájení školního roku 2027–2028</w:t>
            </w:r>
          </w:p>
        </w:tc>
        <w:tc>
          <w:tcPr>
            <w:tcW w:w="3118" w:type="dxa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5A17ADC2" w14:textId="77777777" w:rsidR="00795EC9" w:rsidRPr="00612C04" w:rsidRDefault="002E34BB">
            <w:pPr>
              <w:rPr>
                <w:lang w:val="cs-CZ"/>
              </w:rPr>
            </w:pPr>
            <w:r w:rsidRPr="00612C04">
              <w:rPr>
                <w:lang w:val="cs-CZ"/>
              </w:rPr>
              <w:t>1. 9. 2027 (středa)</w:t>
            </w:r>
          </w:p>
        </w:tc>
      </w:tr>
    </w:tbl>
    <w:p w14:paraId="7727B62E" w14:textId="77777777" w:rsidR="00612C04" w:rsidRPr="00612C04" w:rsidRDefault="00612C04">
      <w:pPr>
        <w:keepNext/>
        <w:spacing w:before="160" w:after="40"/>
        <w:rPr>
          <w:b/>
          <w:lang w:val="cs-CZ"/>
        </w:rPr>
      </w:pPr>
    </w:p>
    <w:p w14:paraId="7FFE5FD0" w14:textId="438F9A85" w:rsidR="00795EC9" w:rsidRPr="00612C04" w:rsidRDefault="002E34BB">
      <w:pPr>
        <w:keepNext/>
        <w:spacing w:before="160" w:after="40"/>
        <w:rPr>
          <w:lang w:val="cs-CZ"/>
        </w:rPr>
      </w:pPr>
      <w:r w:rsidRPr="00612C04">
        <w:rPr>
          <w:b/>
          <w:lang w:val="cs-CZ"/>
        </w:rPr>
        <w:t>Ředitelské volno</w:t>
      </w:r>
    </w:p>
    <w:p w14:paraId="5CAEB61B" w14:textId="77777777" w:rsidR="00795EC9" w:rsidRPr="00612C04" w:rsidRDefault="002E34BB" w:rsidP="00612C04">
      <w:pPr>
        <w:pStyle w:val="Odstavecseseznamem"/>
        <w:numPr>
          <w:ilvl w:val="0"/>
          <w:numId w:val="11"/>
        </w:numPr>
        <w:rPr>
          <w:lang w:val="cs-CZ"/>
        </w:rPr>
      </w:pPr>
      <w:r w:rsidRPr="00612C04">
        <w:rPr>
          <w:lang w:val="cs-CZ"/>
        </w:rPr>
        <w:t>16. 11. 2026</w:t>
      </w:r>
    </w:p>
    <w:p w14:paraId="358D1A47" w14:textId="77777777" w:rsidR="00795EC9" w:rsidRPr="00612C04" w:rsidRDefault="002E34BB" w:rsidP="00612C04">
      <w:pPr>
        <w:pStyle w:val="Odstavecseseznamem"/>
        <w:numPr>
          <w:ilvl w:val="0"/>
          <w:numId w:val="11"/>
        </w:numPr>
        <w:rPr>
          <w:lang w:val="cs-CZ"/>
        </w:rPr>
      </w:pPr>
      <w:r w:rsidRPr="00612C04">
        <w:rPr>
          <w:lang w:val="cs-CZ"/>
        </w:rPr>
        <w:t>21.–22. 12. 2026</w:t>
      </w:r>
    </w:p>
    <w:p w14:paraId="0FB95227" w14:textId="77777777" w:rsidR="00612C04" w:rsidRPr="00612C04" w:rsidRDefault="00612C04">
      <w:pPr>
        <w:keepNext/>
        <w:spacing w:before="140" w:after="40"/>
        <w:rPr>
          <w:b/>
          <w:lang w:val="cs-CZ"/>
        </w:rPr>
      </w:pPr>
    </w:p>
    <w:p w14:paraId="0135E1ED" w14:textId="4985090F" w:rsidR="00795EC9" w:rsidRPr="00612C04" w:rsidRDefault="002E34BB">
      <w:pPr>
        <w:keepNext/>
        <w:spacing w:before="140" w:after="40"/>
        <w:rPr>
          <w:lang w:val="cs-CZ"/>
        </w:rPr>
      </w:pPr>
      <w:r w:rsidRPr="00612C04">
        <w:rPr>
          <w:b/>
          <w:lang w:val="cs-CZ"/>
        </w:rPr>
        <w:t>Třídní schůzky</w:t>
      </w:r>
    </w:p>
    <w:p w14:paraId="2CD4EF28" w14:textId="6D811AA7" w:rsidR="00F40067" w:rsidRDefault="00F40067" w:rsidP="00612C04">
      <w:pPr>
        <w:pStyle w:val="Odstavecseseznamem"/>
        <w:numPr>
          <w:ilvl w:val="0"/>
          <w:numId w:val="10"/>
        </w:numPr>
        <w:rPr>
          <w:lang w:val="cs-CZ"/>
        </w:rPr>
      </w:pPr>
      <w:r>
        <w:rPr>
          <w:lang w:val="cs-CZ"/>
        </w:rPr>
        <w:t>2.9.2026 od 13.</w:t>
      </w:r>
      <w:r w:rsidR="00C75B7B">
        <w:rPr>
          <w:lang w:val="cs-CZ"/>
        </w:rPr>
        <w:t xml:space="preserve"> </w:t>
      </w:r>
      <w:r>
        <w:rPr>
          <w:lang w:val="cs-CZ"/>
        </w:rPr>
        <w:t>00 - zákonní zástupci žáků z Hronova, prohlídka nových prostor školy v Hronově, součástí budou konzultace s učiteli</w:t>
      </w:r>
    </w:p>
    <w:p w14:paraId="56D5B5DE" w14:textId="1E58FDF5" w:rsidR="00F40067" w:rsidRPr="00F40067" w:rsidRDefault="002E34BB" w:rsidP="00F40067">
      <w:pPr>
        <w:pStyle w:val="Odstavecseseznamem"/>
        <w:numPr>
          <w:ilvl w:val="0"/>
          <w:numId w:val="10"/>
        </w:numPr>
        <w:rPr>
          <w:lang w:val="cs-CZ"/>
        </w:rPr>
      </w:pPr>
      <w:r w:rsidRPr="00612C04">
        <w:rPr>
          <w:lang w:val="cs-CZ"/>
        </w:rPr>
        <w:t>15. 9. 2026 od 15.00 hodin – společná schůzka</w:t>
      </w:r>
      <w:r w:rsidR="00F40067">
        <w:rPr>
          <w:lang w:val="cs-CZ"/>
        </w:rPr>
        <w:t xml:space="preserve"> zákonných zástupců rodičů z NMnM</w:t>
      </w:r>
      <w:r w:rsidRPr="00612C04">
        <w:rPr>
          <w:lang w:val="cs-CZ"/>
        </w:rPr>
        <w:t>, následně konzultace v jednotlivých třídách</w:t>
      </w:r>
    </w:p>
    <w:p w14:paraId="3AA09B14" w14:textId="77777777" w:rsidR="00795EC9" w:rsidRPr="00612C04" w:rsidRDefault="002E34BB" w:rsidP="00612C04">
      <w:pPr>
        <w:pStyle w:val="Odstavecseseznamem"/>
        <w:numPr>
          <w:ilvl w:val="0"/>
          <w:numId w:val="10"/>
        </w:numPr>
        <w:rPr>
          <w:lang w:val="cs-CZ"/>
        </w:rPr>
      </w:pPr>
      <w:r w:rsidRPr="00612C04">
        <w:rPr>
          <w:lang w:val="cs-CZ"/>
        </w:rPr>
        <w:t>V týdnu od 18. do 22. 1. 2027 – konzultace nebo triády v jednotlivých třídách</w:t>
      </w:r>
    </w:p>
    <w:p w14:paraId="3E6A3029" w14:textId="77777777" w:rsidR="00795EC9" w:rsidRPr="00612C04" w:rsidRDefault="002E34BB" w:rsidP="00612C04">
      <w:pPr>
        <w:pStyle w:val="Odstavecseseznamem"/>
        <w:numPr>
          <w:ilvl w:val="0"/>
          <w:numId w:val="10"/>
        </w:numPr>
        <w:rPr>
          <w:lang w:val="cs-CZ"/>
        </w:rPr>
      </w:pPr>
      <w:r w:rsidRPr="00612C04">
        <w:rPr>
          <w:lang w:val="cs-CZ"/>
        </w:rPr>
        <w:t>V týdnu od 17. do 21. 5. 2027 – konzultace nebo triády v jednotlivých třídách</w:t>
      </w:r>
    </w:p>
    <w:sectPr w:rsidR="00795EC9" w:rsidRPr="00612C04" w:rsidSect="00034616">
      <w:headerReference w:type="default" r:id="rId8"/>
      <w:footerReference w:type="default" r:id="rId9"/>
      <w:pgSz w:w="11906" w:h="16838"/>
      <w:pgMar w:top="2778" w:right="1134" w:bottom="1417" w:left="1134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4260CF" w14:textId="77777777" w:rsidR="005D40FD" w:rsidRDefault="005D40FD">
      <w:pPr>
        <w:spacing w:line="240" w:lineRule="auto"/>
      </w:pPr>
      <w:r>
        <w:separator/>
      </w:r>
    </w:p>
  </w:endnote>
  <w:endnote w:type="continuationSeparator" w:id="0">
    <w:p w14:paraId="6AC30618" w14:textId="77777777" w:rsidR="005D40FD" w:rsidRDefault="005D40F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A10DA2" w14:textId="77777777" w:rsidR="00795EC9" w:rsidRDefault="002E34BB">
    <w:pPr>
      <w:pStyle w:val="Zpat"/>
      <w:ind w:left="-1134" w:right="-1134"/>
    </w:pPr>
    <w:r>
      <w:rPr>
        <w:noProof/>
      </w:rPr>
      <w:drawing>
        <wp:inline distT="0" distB="0" distL="0" distR="0" wp14:anchorId="009589ED" wp14:editId="03D8E92C">
          <wp:extent cx="7560000" cy="737710"/>
          <wp:effectExtent l="0" t="0" r="0" b="0"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7377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5EC5DF" w14:textId="77777777" w:rsidR="005D40FD" w:rsidRDefault="005D40FD">
      <w:pPr>
        <w:spacing w:line="240" w:lineRule="auto"/>
      </w:pPr>
      <w:r>
        <w:separator/>
      </w:r>
    </w:p>
  </w:footnote>
  <w:footnote w:type="continuationSeparator" w:id="0">
    <w:p w14:paraId="79CA85DE" w14:textId="77777777" w:rsidR="005D40FD" w:rsidRDefault="005D40F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8CE815" w14:textId="77777777" w:rsidR="00795EC9" w:rsidRDefault="002E34BB">
    <w:pPr>
      <w:pStyle w:val="Zhlav"/>
      <w:ind w:left="-1134" w:right="-1134"/>
    </w:pPr>
    <w:r>
      <w:rPr>
        <w:noProof/>
      </w:rPr>
      <w:drawing>
        <wp:inline distT="0" distB="0" distL="0" distR="0" wp14:anchorId="3D4532A3" wp14:editId="22B47913">
          <wp:extent cx="7560000" cy="1600403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ader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160040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30D1E93"/>
    <w:multiLevelType w:val="hybridMultilevel"/>
    <w:tmpl w:val="68A032D0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674BB6"/>
    <w:multiLevelType w:val="hybridMultilevel"/>
    <w:tmpl w:val="B2D05E24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E34BB"/>
    <w:rsid w:val="00326F90"/>
    <w:rsid w:val="005D40FD"/>
    <w:rsid w:val="00612C04"/>
    <w:rsid w:val="00795EC9"/>
    <w:rsid w:val="009B1F45"/>
    <w:rsid w:val="00AA1D8D"/>
    <w:rsid w:val="00B47730"/>
    <w:rsid w:val="00C75B7B"/>
    <w:rsid w:val="00CB0664"/>
    <w:rsid w:val="00F4006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D1B4D1B"/>
  <w14:defaultImageDpi w14:val="300"/>
  <w15:docId w15:val="{229AA273-F8EE-4996-B037-C90B62012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pPr>
      <w:spacing w:after="0"/>
    </w:pPr>
    <w:rPr>
      <w:rFonts w:ascii="Calibri" w:eastAsia="Calibri" w:hAnsi="Calibri"/>
      <w:color w:val="000000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182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1257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Hlavičkový papír NONA - editovatelný</dc:title>
  <dc:subject>Editovatelný hlavičkový papír pro běžné psaní ve Wordu</dc:subject>
  <dc:creator>python-docx</dc:creator>
  <cp:keywords/>
  <dc:description>generated by python-docx</dc:description>
  <cp:lastModifiedBy>Ředitelna MŠ a ZŠ NONA</cp:lastModifiedBy>
  <cp:revision>4</cp:revision>
  <dcterms:created xsi:type="dcterms:W3CDTF">2026-08-22T15:04:00Z</dcterms:created>
  <dcterms:modified xsi:type="dcterms:W3CDTF">2026-08-23T17:51:00Z</dcterms:modified>
  <cp:category/>
</cp:coreProperties>
</file>